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B8FC8" w14:textId="77777777" w:rsidR="008A31A3" w:rsidRDefault="00E16F3C">
      <w:pPr>
        <w:spacing w:after="0"/>
        <w:jc w:val="center"/>
      </w:pPr>
      <w:r>
        <w:rPr>
          <w:rFonts w:ascii="Aptos Display" w:hAnsi="Aptos Display"/>
          <w:b/>
          <w:color w:val="176B68"/>
          <w:sz w:val="32"/>
        </w:rPr>
        <w:t>JOHNSON’S FISH</w:t>
      </w:r>
    </w:p>
    <w:p w14:paraId="77F7C93D" w14:textId="77777777" w:rsidR="008A31A3" w:rsidRDefault="00E16F3C">
      <w:pPr>
        <w:spacing w:after="40"/>
        <w:jc w:val="center"/>
      </w:pPr>
      <w:r>
        <w:rPr>
          <w:rFonts w:ascii="Aptos Display" w:hAnsi="Aptos Display"/>
          <w:b/>
          <w:sz w:val="68"/>
        </w:rPr>
        <w:t>CHRISTMAS</w:t>
      </w:r>
    </w:p>
    <w:p w14:paraId="77F02457" w14:textId="4F32CACE" w:rsidR="008A31A3" w:rsidRDefault="00E16F3C">
      <w:pPr>
        <w:spacing w:after="160"/>
        <w:jc w:val="center"/>
      </w:pPr>
      <w:r>
        <w:rPr>
          <w:b/>
          <w:color w:val="D6A84F"/>
          <w:sz w:val="28"/>
        </w:rPr>
        <w:t xml:space="preserve"> </w:t>
      </w:r>
      <w:r w:rsidR="00EA7C6A">
        <w:rPr>
          <w:b/>
          <w:color w:val="D6A84F"/>
          <w:sz w:val="28"/>
        </w:rPr>
        <w:t>*</w:t>
      </w:r>
      <w:r>
        <w:rPr>
          <w:b/>
          <w:color w:val="D6A84F"/>
          <w:sz w:val="28"/>
        </w:rPr>
        <w:t xml:space="preserve"> 2026</w:t>
      </w:r>
      <w:r w:rsidR="00EA7C6A">
        <w:rPr>
          <w:b/>
          <w:color w:val="D6A84F"/>
          <w:sz w:val="28"/>
        </w:rPr>
        <w:t>*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8A31A3" w14:paraId="20E3F94C" w14:textId="77777777">
        <w:trPr>
          <w:jc w:val="center"/>
        </w:trPr>
        <w:tc>
          <w:tcPr>
            <w:tcW w:w="10368" w:type="dxa"/>
            <w:shd w:val="clear" w:color="auto" w:fill="176B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AF0F1F" w14:textId="77777777" w:rsidR="008A31A3" w:rsidRDefault="00E16F3C">
            <w:pPr>
              <w:jc w:val="center"/>
            </w:pPr>
            <w:r>
              <w:rPr>
                <w:b/>
                <w:color w:val="FFFFFF"/>
                <w:sz w:val="22"/>
              </w:rPr>
              <w:t xml:space="preserve">ONLINE ORDERING OPENS IN </w:t>
            </w:r>
            <w:proofErr w:type="gramStart"/>
            <w:r>
              <w:rPr>
                <w:b/>
                <w:color w:val="FFFFFF"/>
                <w:sz w:val="22"/>
              </w:rPr>
              <w:t>NOVEMBER  |</w:t>
            </w:r>
            <w:proofErr w:type="gramEnd"/>
            <w:r>
              <w:rPr>
                <w:b/>
                <w:color w:val="FFFFFF"/>
                <w:sz w:val="22"/>
              </w:rPr>
              <w:t xml:space="preserve">  LAST ORDERING DATE: 17 DECEMBER</w:t>
            </w:r>
          </w:p>
        </w:tc>
      </w:tr>
    </w:tbl>
    <w:p w14:paraId="64DF94B3" w14:textId="77777777" w:rsidR="008A31A3" w:rsidRDefault="00E16F3C">
      <w:pPr>
        <w:spacing w:after="40"/>
        <w:jc w:val="center"/>
      </w:pPr>
      <w:r>
        <w:rPr>
          <w:b/>
          <w:color w:val="176B68"/>
          <w:sz w:val="30"/>
        </w:rPr>
        <w:t>Make Christmas memorable with the best of the sea.</w:t>
      </w:r>
    </w:p>
    <w:p w14:paraId="70588ACA" w14:textId="77777777" w:rsidR="008A31A3" w:rsidRDefault="00E16F3C">
      <w:pPr>
        <w:spacing w:after="40"/>
        <w:jc w:val="center"/>
      </w:pPr>
      <w:r>
        <w:rPr>
          <w:b/>
          <w:sz w:val="22"/>
        </w:rPr>
        <w:t>Christmas favourites</w:t>
      </w:r>
    </w:p>
    <w:p w14:paraId="0FD15994" w14:textId="77777777" w:rsidR="008A31A3" w:rsidRDefault="00E16F3C">
      <w:pPr>
        <w:spacing w:after="160"/>
        <w:jc w:val="center"/>
      </w:pPr>
      <w:r>
        <w:t>Seafood platters  •  Smoked salmon  •  Lobster  •  Oysters  •  Prawns  •  Crab</w:t>
      </w:r>
      <w:r>
        <w:br/>
        <w:t>Turbot  •  Brill  •  Halibut  •  Salmon  •  Cod  •  Fish pie mix  •  Kippers  •  Shrimp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8A31A3" w14:paraId="3E14DBC3" w14:textId="77777777">
        <w:trPr>
          <w:jc w:val="center"/>
        </w:trPr>
        <w:tc>
          <w:tcPr>
            <w:tcW w:w="5184" w:type="dxa"/>
            <w:shd w:val="clear" w:color="auto" w:fill="F7F4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662F58" w14:textId="77777777" w:rsidR="008A31A3" w:rsidRDefault="00E16F3C">
            <w:pPr>
              <w:jc w:val="center"/>
            </w:pPr>
            <w:r>
              <w:rPr>
                <w:b/>
                <w:color w:val="176B68"/>
                <w:sz w:val="22"/>
              </w:rPr>
              <w:t>£20 DEPOSIT</w:t>
            </w:r>
            <w:r>
              <w:rPr>
                <w:b/>
                <w:color w:val="176B68"/>
                <w:sz w:val="22"/>
              </w:rPr>
              <w:br/>
              <w:t>Required on all Christmas orders</w:t>
            </w:r>
          </w:p>
        </w:tc>
        <w:tc>
          <w:tcPr>
            <w:tcW w:w="5184" w:type="dxa"/>
            <w:shd w:val="clear" w:color="auto" w:fill="F7F4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334619" w14:textId="77777777" w:rsidR="008A31A3" w:rsidRDefault="00E16F3C">
            <w:pPr>
              <w:jc w:val="center"/>
            </w:pPr>
            <w:r>
              <w:t>Your deposit will be deducted from the invoice on collection.</w:t>
            </w:r>
          </w:p>
        </w:tc>
      </w:tr>
    </w:tbl>
    <w:p w14:paraId="413FA7E6" w14:textId="77777777" w:rsidR="008A31A3" w:rsidRDefault="00E16F3C">
      <w:pPr>
        <w:jc w:val="center"/>
      </w:pPr>
      <w:r>
        <w:rPr>
          <w:b/>
          <w:color w:val="176B68"/>
          <w:sz w:val="26"/>
        </w:rPr>
        <w:t>COLLECTION &amp; DELIVERY</w:t>
      </w:r>
    </w:p>
    <w:p w14:paraId="4218F726" w14:textId="77777777" w:rsidR="008A31A3" w:rsidRDefault="00E16F3C">
      <w:pPr>
        <w:spacing w:after="100"/>
        <w:jc w:val="center"/>
      </w:pPr>
      <w:r>
        <w:t>Please specify your collection or delivery date at checkout. Home deliveries across Hampshire, West Sussex &amp; Surrey are available on Monday 21 December.</w:t>
      </w:r>
    </w:p>
    <w:p w14:paraId="52CE496A" w14:textId="77777777" w:rsidR="008A31A3" w:rsidRDefault="00E16F3C">
      <w:pPr>
        <w:spacing w:after="60"/>
        <w:jc w:val="center"/>
      </w:pPr>
      <w:r>
        <w:rPr>
          <w:b/>
          <w:sz w:val="24"/>
        </w:rPr>
        <w:t>CHRISTMAS COLLECTION DATES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8A31A3" w14:paraId="0B6C1C54" w14:textId="77777777">
        <w:trPr>
          <w:jc w:val="center"/>
        </w:trPr>
        <w:tc>
          <w:tcPr>
            <w:tcW w:w="5184" w:type="dxa"/>
            <w:shd w:val="clear" w:color="auto" w:fill="176B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E354D4" w14:textId="77777777" w:rsidR="008A31A3" w:rsidRDefault="00E16F3C">
            <w:pPr>
              <w:jc w:val="center"/>
            </w:pPr>
            <w:r>
              <w:rPr>
                <w:b/>
                <w:color w:val="FFFFFF"/>
                <w:sz w:val="18"/>
              </w:rPr>
              <w:t>FRI 18 DEC</w:t>
            </w:r>
          </w:p>
        </w:tc>
        <w:tc>
          <w:tcPr>
            <w:tcW w:w="5184" w:type="dxa"/>
            <w:shd w:val="clear" w:color="auto" w:fill="F7F4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3A2362" w14:textId="77777777" w:rsidR="008A31A3" w:rsidRDefault="00E16F3C">
            <w:r>
              <w:rPr>
                <w:sz w:val="18"/>
              </w:rPr>
              <w:t>Southbourne, Cowdray &amp; Runcton Farm Shop</w:t>
            </w:r>
            <w:r>
              <w:rPr>
                <w:sz w:val="18"/>
              </w:rPr>
              <w:br/>
              <w:t>Garsons Garden Centre · 11am–2pm</w:t>
            </w:r>
          </w:p>
        </w:tc>
      </w:tr>
      <w:tr w:rsidR="008A31A3" w14:paraId="5888E05C" w14:textId="77777777">
        <w:trPr>
          <w:jc w:val="center"/>
        </w:trPr>
        <w:tc>
          <w:tcPr>
            <w:tcW w:w="5184" w:type="dxa"/>
            <w:shd w:val="clear" w:color="auto" w:fill="12333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877F0F" w14:textId="77777777" w:rsidR="008A31A3" w:rsidRDefault="00E16F3C">
            <w:pPr>
              <w:jc w:val="center"/>
            </w:pPr>
            <w:r>
              <w:rPr>
                <w:b/>
                <w:color w:val="FFFFFF"/>
                <w:sz w:val="18"/>
              </w:rPr>
              <w:t>SAT 19 DEC</w:t>
            </w:r>
          </w:p>
        </w:tc>
        <w:tc>
          <w:tcPr>
            <w:tcW w:w="51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224A4A" w14:textId="77777777" w:rsidR="008A31A3" w:rsidRDefault="00E16F3C">
            <w:r>
              <w:rPr>
                <w:sz w:val="18"/>
              </w:rPr>
              <w:t>Durleigh Marsh Farm</w:t>
            </w:r>
            <w:r>
              <w:rPr>
                <w:sz w:val="18"/>
              </w:rPr>
              <w:br/>
              <w:t>&amp; Country Market, Bordon · 10am–1pm</w:t>
            </w:r>
          </w:p>
        </w:tc>
      </w:tr>
      <w:tr w:rsidR="008A31A3" w14:paraId="2835E61E" w14:textId="77777777">
        <w:trPr>
          <w:jc w:val="center"/>
        </w:trPr>
        <w:tc>
          <w:tcPr>
            <w:tcW w:w="5184" w:type="dxa"/>
            <w:shd w:val="clear" w:color="auto" w:fill="176B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13FD58" w14:textId="77777777" w:rsidR="008A31A3" w:rsidRDefault="00E16F3C">
            <w:pPr>
              <w:jc w:val="center"/>
            </w:pPr>
            <w:r>
              <w:rPr>
                <w:b/>
                <w:color w:val="FFFFFF"/>
                <w:sz w:val="18"/>
              </w:rPr>
              <w:t>MON 21 DEC</w:t>
            </w:r>
          </w:p>
        </w:tc>
        <w:tc>
          <w:tcPr>
            <w:tcW w:w="5184" w:type="dxa"/>
            <w:shd w:val="clear" w:color="auto" w:fill="F7F4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EADD3B" w14:textId="77777777" w:rsidR="008A31A3" w:rsidRDefault="00E16F3C">
            <w:r>
              <w:rPr>
                <w:sz w:val="18"/>
              </w:rPr>
              <w:t>Home deliveries across Hampshire,</w:t>
            </w:r>
            <w:r>
              <w:rPr>
                <w:sz w:val="18"/>
              </w:rPr>
              <w:br/>
              <w:t>West Sussex &amp; Surrey</w:t>
            </w:r>
          </w:p>
        </w:tc>
      </w:tr>
      <w:tr w:rsidR="008A31A3" w14:paraId="6343886C" w14:textId="77777777">
        <w:trPr>
          <w:jc w:val="center"/>
        </w:trPr>
        <w:tc>
          <w:tcPr>
            <w:tcW w:w="5184" w:type="dxa"/>
            <w:shd w:val="clear" w:color="auto" w:fill="12333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C9E3E4" w14:textId="77777777" w:rsidR="008A31A3" w:rsidRDefault="00E16F3C">
            <w:pPr>
              <w:jc w:val="center"/>
            </w:pPr>
            <w:r>
              <w:rPr>
                <w:b/>
                <w:color w:val="FFFFFF"/>
                <w:sz w:val="18"/>
              </w:rPr>
              <w:t>TUE 22 DEC</w:t>
            </w:r>
          </w:p>
        </w:tc>
        <w:tc>
          <w:tcPr>
            <w:tcW w:w="51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38773E" w14:textId="77777777" w:rsidR="008A31A3" w:rsidRDefault="00E16F3C">
            <w:r>
              <w:rPr>
                <w:sz w:val="18"/>
              </w:rPr>
              <w:t>Cowdray, Southbourne</w:t>
            </w:r>
            <w:r>
              <w:rPr>
                <w:sz w:val="18"/>
              </w:rPr>
              <w:br/>
              <w:t>&amp; Runcton Farm Shop · 11am–1pm</w:t>
            </w:r>
          </w:p>
        </w:tc>
      </w:tr>
      <w:tr w:rsidR="008A31A3" w14:paraId="5C47D96C" w14:textId="77777777">
        <w:trPr>
          <w:jc w:val="center"/>
        </w:trPr>
        <w:tc>
          <w:tcPr>
            <w:tcW w:w="5184" w:type="dxa"/>
            <w:shd w:val="clear" w:color="auto" w:fill="176B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D57DAA" w14:textId="77777777" w:rsidR="008A31A3" w:rsidRDefault="00E16F3C">
            <w:pPr>
              <w:jc w:val="center"/>
            </w:pPr>
            <w:r>
              <w:rPr>
                <w:b/>
                <w:color w:val="FFFFFF"/>
                <w:sz w:val="18"/>
              </w:rPr>
              <w:t>WED 23 DEC</w:t>
            </w:r>
          </w:p>
        </w:tc>
        <w:tc>
          <w:tcPr>
            <w:tcW w:w="5184" w:type="dxa"/>
            <w:shd w:val="clear" w:color="auto" w:fill="F7F4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42A1DA" w14:textId="77777777" w:rsidR="008A31A3" w:rsidRDefault="00E16F3C">
            <w:r>
              <w:rPr>
                <w:sz w:val="18"/>
              </w:rPr>
              <w:t>Skypark &amp; Cobbs Farm Shop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(Winchester &amp; Reading) · 11am–2pm</w:t>
            </w:r>
          </w:p>
        </w:tc>
      </w:tr>
      <w:tr w:rsidR="008A31A3" w14:paraId="03057FE1" w14:textId="77777777">
        <w:trPr>
          <w:jc w:val="center"/>
        </w:trPr>
        <w:tc>
          <w:tcPr>
            <w:tcW w:w="5184" w:type="dxa"/>
            <w:shd w:val="clear" w:color="auto" w:fill="12333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6CEB09" w14:textId="77777777" w:rsidR="008A31A3" w:rsidRDefault="00E16F3C">
            <w:pPr>
              <w:jc w:val="center"/>
            </w:pPr>
            <w:r>
              <w:rPr>
                <w:b/>
                <w:color w:val="FFFFFF"/>
                <w:sz w:val="18"/>
              </w:rPr>
              <w:t>THU 24 DEC · CHRISTMAS EVE</w:t>
            </w:r>
          </w:p>
        </w:tc>
        <w:tc>
          <w:tcPr>
            <w:tcW w:w="51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819A34" w14:textId="77777777" w:rsidR="008A31A3" w:rsidRDefault="00E16F3C">
            <w:r>
              <w:rPr>
                <w:sz w:val="18"/>
              </w:rPr>
              <w:t>Charlies &amp; Secretts Farm Shop · 10am–12pm</w:t>
            </w:r>
            <w:r>
              <w:rPr>
                <w:sz w:val="18"/>
              </w:rPr>
              <w:br/>
              <w:t>Squires @ Frensham &amp; Wickham Square · 10am–12pm</w:t>
            </w:r>
          </w:p>
        </w:tc>
      </w:tr>
    </w:tbl>
    <w:p w14:paraId="05079D0E" w14:textId="77777777" w:rsidR="008A31A3" w:rsidRDefault="00E16F3C">
      <w:pPr>
        <w:spacing w:after="40"/>
        <w:jc w:val="center"/>
      </w:pPr>
      <w:r>
        <w:rPr>
          <w:b/>
          <w:color w:val="9E3B3B"/>
          <w:sz w:val="22"/>
        </w:rPr>
        <w:t>LAST COLLECTION DATE: THURSDAY 24 DECEMBER</w:t>
      </w:r>
    </w:p>
    <w:p w14:paraId="1020CC0D" w14:textId="77777777" w:rsidR="008A31A3" w:rsidRDefault="00E16F3C">
      <w:pPr>
        <w:spacing w:after="100"/>
        <w:jc w:val="center"/>
      </w:pPr>
      <w:r>
        <w:rPr>
          <w:color w:val="5C6B70"/>
          <w:sz w:val="18"/>
        </w:rPr>
        <w:t>All stalls on Christmas Eve are for Christmas order collections and any surplus fish.</w:t>
      </w:r>
    </w:p>
    <w:p w14:paraId="5540CE67" w14:textId="77777777" w:rsidR="008A31A3" w:rsidRDefault="00E16F3C">
      <w:pPr>
        <w:spacing w:after="0"/>
        <w:jc w:val="center"/>
      </w:pPr>
      <w:r>
        <w:rPr>
          <w:b/>
        </w:rPr>
        <w:t>Call today with any questions or to place your Christmas order</w:t>
      </w:r>
    </w:p>
    <w:p w14:paraId="323B1F25" w14:textId="77777777" w:rsidR="008A31A3" w:rsidRDefault="00E16F3C">
      <w:pPr>
        <w:spacing w:after="40"/>
        <w:jc w:val="center"/>
      </w:pPr>
      <w:r>
        <w:rPr>
          <w:b/>
          <w:color w:val="176B68"/>
          <w:sz w:val="36"/>
        </w:rPr>
        <w:t>02392 817547</w:t>
      </w:r>
    </w:p>
    <w:p w14:paraId="2126A8CF" w14:textId="77777777" w:rsidR="008A31A3" w:rsidRDefault="00E16F3C">
      <w:pPr>
        <w:spacing w:after="40"/>
        <w:jc w:val="center"/>
      </w:pPr>
      <w:r>
        <w:t>Merry Christmas from the team at Johnson’s x</w:t>
      </w:r>
    </w:p>
    <w:p w14:paraId="6326C2EC" w14:textId="77777777" w:rsidR="008A31A3" w:rsidRDefault="00E16F3C">
      <w:pPr>
        <w:spacing w:after="0"/>
        <w:jc w:val="center"/>
      </w:pPr>
      <w:r>
        <w:rPr>
          <w:color w:val="5C6B70"/>
          <w:sz w:val="18"/>
        </w:rPr>
        <w:t>Head office: Norway Road, Portsmouth. Closing at 1.30pm.</w:t>
      </w:r>
    </w:p>
    <w:p w14:paraId="6110BAA3" w14:textId="77777777" w:rsidR="008A31A3" w:rsidRDefault="00E16F3C">
      <w:r>
        <w:br w:type="page"/>
      </w:r>
    </w:p>
    <w:p w14:paraId="59D4F66D" w14:textId="77777777" w:rsidR="008A31A3" w:rsidRDefault="00E16F3C">
      <w:pPr>
        <w:spacing w:after="0"/>
        <w:jc w:val="center"/>
      </w:pPr>
      <w:r>
        <w:rPr>
          <w:b/>
          <w:color w:val="176B68"/>
          <w:sz w:val="30"/>
        </w:rPr>
        <w:lastRenderedPageBreak/>
        <w:t>JOHNSON’S FISH</w:t>
      </w:r>
    </w:p>
    <w:p w14:paraId="59FE8D10" w14:textId="77777777" w:rsidR="008A31A3" w:rsidRDefault="00E16F3C">
      <w:pPr>
        <w:jc w:val="center"/>
      </w:pPr>
      <w:r>
        <w:rPr>
          <w:b/>
          <w:sz w:val="50"/>
        </w:rPr>
        <w:t>CHRISTMAS ORDER FORM</w:t>
      </w:r>
    </w:p>
    <w:p w14:paraId="15767402" w14:textId="77777777" w:rsidR="008A31A3" w:rsidRDefault="00E16F3C">
      <w:pPr>
        <w:spacing w:after="160"/>
        <w:jc w:val="center"/>
      </w:pPr>
      <w:r>
        <w:rPr>
          <w:b/>
          <w:color w:val="D6A84F"/>
          <w:sz w:val="22"/>
        </w:rPr>
        <w:t>CHRISTMAS 2026  •  £20 DEPOSIT REQUIRED</w:t>
      </w:r>
    </w:p>
    <w:p w14:paraId="7C4D385B" w14:textId="77777777" w:rsidR="008A31A3" w:rsidRDefault="00E16F3C">
      <w:pPr>
        <w:spacing w:after="160"/>
      </w:pPr>
      <w:r>
        <w:rPr>
          <w:b/>
          <w:sz w:val="22"/>
        </w:rPr>
        <w:t xml:space="preserve">Name:  </w:t>
      </w:r>
      <w:r>
        <w:rPr>
          <w:color w:val="5C6B70"/>
        </w:rPr>
        <w:t>________________________________________________________________</w:t>
      </w:r>
    </w:p>
    <w:p w14:paraId="3977EDC6" w14:textId="77777777" w:rsidR="008A31A3" w:rsidRDefault="00E16F3C">
      <w:pPr>
        <w:spacing w:after="160"/>
      </w:pPr>
      <w:r>
        <w:rPr>
          <w:b/>
          <w:sz w:val="22"/>
        </w:rPr>
        <w:t xml:space="preserve">Telephone:  </w:t>
      </w:r>
      <w:r>
        <w:rPr>
          <w:color w:val="5C6B70"/>
        </w:rPr>
        <w:t>________________________________________________________________</w:t>
      </w:r>
    </w:p>
    <w:p w14:paraId="48E9A25D" w14:textId="77777777" w:rsidR="008A31A3" w:rsidRDefault="00E16F3C">
      <w:pPr>
        <w:spacing w:after="160"/>
      </w:pPr>
      <w:r>
        <w:rPr>
          <w:b/>
          <w:sz w:val="22"/>
        </w:rPr>
        <w:t xml:space="preserve">Email:  </w:t>
      </w:r>
      <w:r>
        <w:rPr>
          <w:color w:val="5C6B70"/>
        </w:rPr>
        <w:t>________________________________________________________________</w:t>
      </w:r>
    </w:p>
    <w:p w14:paraId="4606B708" w14:textId="77777777" w:rsidR="008A31A3" w:rsidRDefault="00E16F3C">
      <w:pPr>
        <w:spacing w:after="160"/>
      </w:pPr>
      <w:r>
        <w:rPr>
          <w:b/>
          <w:sz w:val="22"/>
        </w:rPr>
        <w:t xml:space="preserve">Collection date &amp; location:  </w:t>
      </w:r>
      <w:r>
        <w:rPr>
          <w:color w:val="5C6B70"/>
        </w:rPr>
        <w:t>________________________________________________________________</w:t>
      </w:r>
    </w:p>
    <w:p w14:paraId="0AA8814E" w14:textId="77777777" w:rsidR="008A31A3" w:rsidRDefault="00E16F3C">
      <w:pPr>
        <w:spacing w:after="60"/>
      </w:pPr>
      <w:r>
        <w:rPr>
          <w:b/>
          <w:color w:val="176B68"/>
          <w:sz w:val="24"/>
        </w:rPr>
        <w:t>ORDER DETAILS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A31A3" w14:paraId="5DCFD4EA" w14:textId="77777777">
        <w:trPr>
          <w:jc w:val="center"/>
        </w:trPr>
        <w:tc>
          <w:tcPr>
            <w:tcW w:w="2592" w:type="dxa"/>
            <w:shd w:val="clear" w:color="auto" w:fill="12333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75472D" w14:textId="77777777" w:rsidR="008A31A3" w:rsidRDefault="00E16F3C">
            <w:pPr>
              <w:jc w:val="center"/>
            </w:pPr>
            <w:r>
              <w:rPr>
                <w:b/>
                <w:color w:val="FFFFFF"/>
                <w:sz w:val="18"/>
              </w:rPr>
              <w:t>Item / fish</w:t>
            </w:r>
          </w:p>
        </w:tc>
        <w:tc>
          <w:tcPr>
            <w:tcW w:w="2592" w:type="dxa"/>
            <w:shd w:val="clear" w:color="auto" w:fill="12333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38923F" w14:textId="77777777" w:rsidR="008A31A3" w:rsidRDefault="00E16F3C">
            <w:pPr>
              <w:jc w:val="center"/>
            </w:pPr>
            <w:r>
              <w:rPr>
                <w:b/>
                <w:color w:val="FFFFFF"/>
                <w:sz w:val="18"/>
              </w:rPr>
              <w:t>Quantity</w:t>
            </w:r>
          </w:p>
        </w:tc>
        <w:tc>
          <w:tcPr>
            <w:tcW w:w="2592" w:type="dxa"/>
            <w:shd w:val="clear" w:color="auto" w:fill="12333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4F28F7" w14:textId="77777777" w:rsidR="008A31A3" w:rsidRDefault="00E16F3C">
            <w:pPr>
              <w:jc w:val="center"/>
            </w:pPr>
            <w:r>
              <w:rPr>
                <w:b/>
                <w:color w:val="FFFFFF"/>
                <w:sz w:val="18"/>
              </w:rPr>
              <w:t>Preparation</w:t>
            </w:r>
          </w:p>
        </w:tc>
        <w:tc>
          <w:tcPr>
            <w:tcW w:w="2592" w:type="dxa"/>
            <w:shd w:val="clear" w:color="auto" w:fill="12333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E380C5" w14:textId="77777777" w:rsidR="008A31A3" w:rsidRDefault="00E16F3C">
            <w:pPr>
              <w:jc w:val="center"/>
            </w:pPr>
            <w:r>
              <w:rPr>
                <w:b/>
                <w:color w:val="FFFFFF"/>
                <w:sz w:val="18"/>
              </w:rPr>
              <w:t>Vacuum pack?</w:t>
            </w:r>
          </w:p>
        </w:tc>
      </w:tr>
      <w:tr w:rsidR="008A31A3" w14:paraId="07A19163" w14:textId="77777777">
        <w:trPr>
          <w:jc w:val="center"/>
        </w:trPr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27FC90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10D4D6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C1FC3E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F6C2F2" w14:textId="77777777" w:rsidR="008A31A3" w:rsidRDefault="00E16F3C">
            <w:r>
              <w:rPr>
                <w:sz w:val="18"/>
              </w:rPr>
              <w:t xml:space="preserve"> </w:t>
            </w:r>
          </w:p>
        </w:tc>
      </w:tr>
      <w:tr w:rsidR="008A31A3" w14:paraId="35A10319" w14:textId="77777777">
        <w:trPr>
          <w:jc w:val="center"/>
        </w:trPr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5343C7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5C07B5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A05922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8857E7" w14:textId="77777777" w:rsidR="008A31A3" w:rsidRDefault="00E16F3C">
            <w:r>
              <w:rPr>
                <w:sz w:val="18"/>
              </w:rPr>
              <w:t xml:space="preserve"> </w:t>
            </w:r>
          </w:p>
        </w:tc>
      </w:tr>
      <w:tr w:rsidR="008A31A3" w14:paraId="33A02B29" w14:textId="77777777">
        <w:trPr>
          <w:jc w:val="center"/>
        </w:trPr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00A92D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670E0C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92AF04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50D8F6" w14:textId="77777777" w:rsidR="008A31A3" w:rsidRDefault="00E16F3C">
            <w:r>
              <w:rPr>
                <w:sz w:val="18"/>
              </w:rPr>
              <w:t xml:space="preserve"> </w:t>
            </w:r>
          </w:p>
        </w:tc>
      </w:tr>
      <w:tr w:rsidR="008A31A3" w14:paraId="10C67820" w14:textId="77777777">
        <w:trPr>
          <w:jc w:val="center"/>
        </w:trPr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A49CE9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246865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C5A4B0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4BBE0B" w14:textId="77777777" w:rsidR="008A31A3" w:rsidRDefault="00E16F3C">
            <w:r>
              <w:rPr>
                <w:sz w:val="18"/>
              </w:rPr>
              <w:t xml:space="preserve"> </w:t>
            </w:r>
          </w:p>
        </w:tc>
      </w:tr>
      <w:tr w:rsidR="008A31A3" w14:paraId="3BC9303E" w14:textId="77777777">
        <w:trPr>
          <w:jc w:val="center"/>
        </w:trPr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FB2C15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D6EDE8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71B3AD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06B7E2" w14:textId="77777777" w:rsidR="008A31A3" w:rsidRDefault="00E16F3C">
            <w:r>
              <w:rPr>
                <w:sz w:val="18"/>
              </w:rPr>
              <w:t xml:space="preserve"> </w:t>
            </w:r>
          </w:p>
        </w:tc>
      </w:tr>
      <w:tr w:rsidR="008A31A3" w14:paraId="1A75B17E" w14:textId="77777777">
        <w:trPr>
          <w:jc w:val="center"/>
        </w:trPr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4C9DE1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519509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CF3B03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17932B" w14:textId="77777777" w:rsidR="008A31A3" w:rsidRDefault="00E16F3C">
            <w:r>
              <w:rPr>
                <w:sz w:val="18"/>
              </w:rPr>
              <w:t xml:space="preserve"> </w:t>
            </w:r>
          </w:p>
        </w:tc>
      </w:tr>
      <w:tr w:rsidR="008A31A3" w14:paraId="5345B4BF" w14:textId="77777777">
        <w:trPr>
          <w:jc w:val="center"/>
        </w:trPr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26E339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E7E13D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B8D1B5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51B97C" w14:textId="77777777" w:rsidR="008A31A3" w:rsidRDefault="00E16F3C">
            <w:r>
              <w:rPr>
                <w:sz w:val="18"/>
              </w:rPr>
              <w:t xml:space="preserve"> </w:t>
            </w:r>
          </w:p>
        </w:tc>
      </w:tr>
      <w:tr w:rsidR="008A31A3" w14:paraId="387AE790" w14:textId="77777777">
        <w:trPr>
          <w:jc w:val="center"/>
        </w:trPr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33DB81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78AEB7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D38DED" w14:textId="77777777" w:rsidR="008A31A3" w:rsidRDefault="00E16F3C"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bottom w:val="single" w:sz="4" w:space="0" w:color="D8E1E2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F8A912" w14:textId="77777777" w:rsidR="008A31A3" w:rsidRDefault="00E16F3C">
            <w:r>
              <w:rPr>
                <w:sz w:val="18"/>
              </w:rPr>
              <w:t xml:space="preserve"> </w:t>
            </w:r>
          </w:p>
        </w:tc>
      </w:tr>
    </w:tbl>
    <w:p w14:paraId="5E1258DA" w14:textId="77777777" w:rsidR="008A31A3" w:rsidRDefault="00E16F3C">
      <w:pPr>
        <w:spacing w:after="100"/>
      </w:pPr>
      <w:r>
        <w:rPr>
          <w:color w:val="5C6B70"/>
          <w:sz w:val="18"/>
        </w:rPr>
        <w:t>Please specify what preparation you would like and whether you want any fish vacuum packed.</w:t>
      </w:r>
    </w:p>
    <w:p w14:paraId="00E77F5C" w14:textId="77777777" w:rsidR="008A31A3" w:rsidRDefault="00E16F3C">
      <w:pPr>
        <w:spacing w:after="20"/>
      </w:pPr>
      <w:r>
        <w:rPr>
          <w:b/>
        </w:rPr>
        <w:t>Order notes / special instructions:</w:t>
      </w:r>
    </w:p>
    <w:p w14:paraId="4C0DAFEF" w14:textId="77777777" w:rsidR="008A31A3" w:rsidRDefault="00E16F3C">
      <w:r>
        <w:rPr>
          <w:color w:val="5C6B70"/>
          <w:sz w:val="18"/>
        </w:rPr>
        <w:t>________________________________________________________________________________</w:t>
      </w:r>
    </w:p>
    <w:p w14:paraId="4423308D" w14:textId="77777777" w:rsidR="008A31A3" w:rsidRDefault="00E16F3C">
      <w:r>
        <w:rPr>
          <w:color w:val="5C6B70"/>
          <w:sz w:val="18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8A31A3" w14:paraId="2512B5B6" w14:textId="77777777">
        <w:trPr>
          <w:jc w:val="center"/>
        </w:trPr>
        <w:tc>
          <w:tcPr>
            <w:tcW w:w="5184" w:type="dxa"/>
            <w:shd w:val="clear" w:color="auto" w:fill="F7F4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0A7687" w14:textId="77777777" w:rsidR="008A31A3" w:rsidRDefault="00E16F3C">
            <w:pPr>
              <w:jc w:val="center"/>
            </w:pPr>
            <w:r>
              <w:rPr>
                <w:sz w:val="18"/>
              </w:rPr>
              <w:t>Bring this form along to any market stall and we’ll ensure your order is fulfilled.</w:t>
            </w:r>
          </w:p>
        </w:tc>
        <w:tc>
          <w:tcPr>
            <w:tcW w:w="5184" w:type="dxa"/>
            <w:shd w:val="clear" w:color="auto" w:fill="176B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71E2B2" w14:textId="77777777" w:rsidR="008A31A3" w:rsidRDefault="00E16F3C">
            <w:pPr>
              <w:jc w:val="center"/>
            </w:pPr>
            <w:r>
              <w:rPr>
                <w:b/>
                <w:color w:val="FFFFFF"/>
                <w:sz w:val="24"/>
              </w:rPr>
              <w:t>CALL TO ORDER</w:t>
            </w:r>
            <w:r>
              <w:rPr>
                <w:b/>
                <w:color w:val="FFFFFF"/>
                <w:sz w:val="24"/>
              </w:rPr>
              <w:br/>
              <w:t>02392 817547</w:t>
            </w:r>
          </w:p>
        </w:tc>
      </w:tr>
    </w:tbl>
    <w:p w14:paraId="59D1C1EF" w14:textId="77777777" w:rsidR="008A31A3" w:rsidRDefault="00E16F3C">
      <w:pPr>
        <w:spacing w:after="40"/>
        <w:jc w:val="center"/>
      </w:pPr>
      <w:r>
        <w:rPr>
          <w:b/>
          <w:sz w:val="18"/>
        </w:rPr>
        <w:t>Please ensure you have enough fish to see you through. We will return to fish stalls on Tuesday 5 January 2027.</w:t>
      </w:r>
    </w:p>
    <w:p w14:paraId="5F09DE37" w14:textId="77777777" w:rsidR="008A31A3" w:rsidRDefault="00E16F3C">
      <w:pPr>
        <w:spacing w:after="0"/>
        <w:jc w:val="center"/>
      </w:pPr>
      <w:r>
        <w:rPr>
          <w:b/>
          <w:color w:val="176B68"/>
        </w:rPr>
        <w:t>Merry Christmas from the team at Johnson’s!</w:t>
      </w:r>
    </w:p>
    <w:sectPr w:rsidR="008A31A3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3652238">
    <w:abstractNumId w:val="8"/>
  </w:num>
  <w:num w:numId="2" w16cid:durableId="374811731">
    <w:abstractNumId w:val="6"/>
  </w:num>
  <w:num w:numId="3" w16cid:durableId="812940280">
    <w:abstractNumId w:val="5"/>
  </w:num>
  <w:num w:numId="4" w16cid:durableId="1230575632">
    <w:abstractNumId w:val="4"/>
  </w:num>
  <w:num w:numId="5" w16cid:durableId="540674114">
    <w:abstractNumId w:val="7"/>
  </w:num>
  <w:num w:numId="6" w16cid:durableId="274022154">
    <w:abstractNumId w:val="3"/>
  </w:num>
  <w:num w:numId="7" w16cid:durableId="347025003">
    <w:abstractNumId w:val="2"/>
  </w:num>
  <w:num w:numId="8" w16cid:durableId="722948253">
    <w:abstractNumId w:val="1"/>
  </w:num>
  <w:num w:numId="9" w16cid:durableId="2071734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1A82"/>
    <w:rsid w:val="0029639D"/>
    <w:rsid w:val="00296791"/>
    <w:rsid w:val="00326F90"/>
    <w:rsid w:val="006A5251"/>
    <w:rsid w:val="008A31A3"/>
    <w:rsid w:val="00AA1D8D"/>
    <w:rsid w:val="00B47730"/>
    <w:rsid w:val="00CB0664"/>
    <w:rsid w:val="00E16F3C"/>
    <w:rsid w:val="00EA7C6A"/>
    <w:rsid w:val="00F90C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B99657"/>
  <w14:defaultImageDpi w14:val="300"/>
  <w15:docId w15:val="{7420803B-6F61-4169-88BD-9C5471C54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2333D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Katie Murphy</cp:lastModifiedBy>
  <cp:revision>2</cp:revision>
  <dcterms:created xsi:type="dcterms:W3CDTF">2026-11-05T13:03:00Z</dcterms:created>
  <dcterms:modified xsi:type="dcterms:W3CDTF">2026-11-05T13:03:00Z</dcterms:modified>
  <cp:category/>
</cp:coreProperties>
</file>